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Domande reali da fare al founder</w:t>
      </w:r>
    </w:p>
    <w:p>
      <w:r>
        <w:t>CHECKLIST MODIFICABILE / Primo incontro e follow-up</w:t>
      </w:r>
    </w:p>
    <w:p>
      <w:r>
        <w:t>Progetto: _____________________________________   Data: ________________</w:t>
      </w:r>
    </w:p>
    <w:p>
      <w:r>
        <w:t>Founder / interlocutori: ________________________________________________</w:t>
      </w:r>
    </w:p>
    <w:p>
      <w:r>
        <w:t>Istruzioni: seleziona 10–12 domande per il primo incontro. Aggiungi risposte e documenti richiesti; lascia in sospeso ciò che non è provato.</w:t>
      </w:r>
    </w:p>
    <w:p>
      <w:pPr>
        <w:pStyle w:val="Heading1"/>
      </w:pPr>
      <w:r>
        <w:t>Problema e cliente</w:t>
      </w:r>
    </w:p>
    <w:p>
      <w:pPr>
        <w:keepNext/>
      </w:pPr>
      <w:r>
        <w:rPr>
          <w:b/>
        </w:rPr>
        <w:t>★ 01. Quale problema costa davvero denaro o tempo al cliente e quanto costa oggi non risolverlo?</w:t>
      </w:r>
    </w:p>
    <w:p>
      <w:pPr>
        <w:pStyle w:val="Caption"/>
      </w:pPr>
      <w:r>
        <w:t>Prova da richiedere: Interviste, offerte, ROI misurato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/>
        </w:rPr>
        <w:t>★ 02. Chi prende la decisione di acquisto, chi usa il prodotto e chi paga?</w:t>
      </w:r>
    </w:p>
    <w:p>
      <w:pPr>
        <w:pStyle w:val="Caption"/>
      </w:pPr>
      <w:r>
        <w:t>Prova da richiedere: Contratti, persona acquirente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/>
        </w:rPr>
        <w:t>★ 03. Qual è l’ultimo cliente acquisito? Raccontami passo per passo come ha comprato.</w:t>
      </w:r>
    </w:p>
    <w:p>
      <w:pPr>
        <w:pStyle w:val="Caption"/>
      </w:pPr>
      <w:r>
        <w:t>Prova da richiedere: Fattura e sequenza commerciale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04. Quali tre alternative usa oggi un cliente e perché dovrebbe scegliere voi?</w:t>
      </w:r>
    </w:p>
    <w:p>
      <w:pPr>
        <w:pStyle w:val="Caption"/>
      </w:pPr>
      <w:r>
        <w:t>Prova da richiedere: Confronto funzionale e prezzi</w:t>
      </w:r>
    </w:p>
    <w:p>
      <w:r>
        <w:t>Risposta / documenti / data: ______________________________________________________________</w:t>
      </w:r>
    </w:p>
    <w:p>
      <w:pPr>
        <w:pStyle w:val="Heading1"/>
      </w:pPr>
      <w:r>
        <w:t>Vendite e trazione</w:t>
      </w:r>
    </w:p>
    <w:p>
      <w:pPr>
        <w:keepNext/>
      </w:pPr>
      <w:r>
        <w:rPr>
          <w:b/>
        </w:rPr>
        <w:t>★ 05. Quanti clienti hanno pagato negli ultimi 90 giorni? Quanti hanno riacquistato?</w:t>
      </w:r>
    </w:p>
    <w:p>
      <w:pPr>
        <w:pStyle w:val="Caption"/>
      </w:pPr>
      <w:r>
        <w:t>Prova da richiedere: Fatture e coorti clienti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/>
        </w:rPr>
        <w:t>★ 06. Di quali ricavi sei certo oggi perché sono contrattualizzati, e quali sono solo pipeline?</w:t>
      </w:r>
    </w:p>
    <w:p>
      <w:pPr>
        <w:pStyle w:val="Caption"/>
      </w:pPr>
      <w:r>
        <w:t>Prova da richiedere: Ordini firmati vs opportunità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07. Quanto vale il primo cliente in fatturato e margine nei primi 12 mesi?</w:t>
      </w:r>
    </w:p>
    <w:p>
      <w:pPr>
        <w:pStyle w:val="Caption"/>
      </w:pPr>
      <w:r>
        <w:t>Prova da richiedere: Ricavi per coorte, costi diretti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08. Chi sono i primi tre clienti per fatturato? Che quota rappresentano?</w:t>
      </w:r>
    </w:p>
    <w:p>
      <w:pPr>
        <w:pStyle w:val="Caption"/>
      </w:pPr>
      <w:r>
        <w:t>Prova da richiedere: Concentrazione clienti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09. Quale canale di vendita funziona senza il founder?</w:t>
      </w:r>
    </w:p>
    <w:p>
      <w:pPr>
        <w:pStyle w:val="Caption"/>
      </w:pPr>
      <w:r>
        <w:t>Prova da richiedere: Vendite per canale / team</w:t>
      </w:r>
    </w:p>
    <w:p>
      <w:r>
        <w:t>Risposta / documenti / data: ______________________________________________________________</w:t>
      </w:r>
    </w:p>
    <w:p>
      <w:pPr>
        <w:pStyle w:val="Heading1"/>
      </w:pPr>
      <w:r>
        <w:t>Numeri e cassa</w:t>
      </w:r>
    </w:p>
    <w:p>
      <w:pPr>
        <w:keepNext/>
      </w:pPr>
      <w:r>
        <w:rPr>
          <w:b/>
        </w:rPr>
        <w:t>★ 10. Quanti euro ci sono oggi sui conti aziendali e quali debiti scadono entro 90 giorni?</w:t>
      </w:r>
    </w:p>
    <w:p>
      <w:pPr>
        <w:pStyle w:val="Caption"/>
      </w:pPr>
      <w:r>
        <w:t>Prova da richiedere: Estratti, scadenzario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/>
        </w:rPr>
        <w:t>★ 11. Qual è il costo totale mensile medio degli ultimi tre mesi?</w:t>
      </w:r>
    </w:p>
    <w:p>
      <w:pPr>
        <w:pStyle w:val="Caption"/>
      </w:pPr>
      <w:r>
        <w:t>Prova da richiedere: Conto economico e cassa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12. Quanto margine resta dopo la consegna di una vendita?</w:t>
      </w:r>
    </w:p>
    <w:p>
      <w:pPr>
        <w:pStyle w:val="Caption"/>
      </w:pPr>
      <w:r>
        <w:t>Prova da richiedere: Costo diretto per prodotto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13. Che cosa succede alla cassa se vendete il 30% meno del piano?</w:t>
      </w:r>
    </w:p>
    <w:p>
      <w:pPr>
        <w:pStyle w:val="Caption"/>
      </w:pPr>
      <w:r>
        <w:t>Prova da richiedere: Scenario prudente 12 mesi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14. Ci sono finanziamenti soci, garanzie personali, leasing, cartelle o contenziosi?</w:t>
      </w:r>
    </w:p>
    <w:p>
      <w:pPr>
        <w:pStyle w:val="Caption"/>
      </w:pPr>
      <w:r>
        <w:t>Prova da richiedere: Bilancio, Centrale Rischi se pertinente</w:t>
      </w:r>
    </w:p>
    <w:p>
      <w:r>
        <w:t>Risposta / documenti / data: ______________________________________________________________</w:t>
      </w:r>
    </w:p>
    <w:p>
      <w:pPr>
        <w:pStyle w:val="Heading1"/>
      </w:pPr>
      <w:r>
        <w:t>Team e governance</w:t>
      </w:r>
    </w:p>
    <w:p>
      <w:pPr>
        <w:keepNext/>
      </w:pPr>
      <w:r>
        <w:rPr>
          <w:b/>
        </w:rPr>
        <w:t>★ 15. Chi decide operativamente e quali decisioni richiedono il consenso dei soci?</w:t>
      </w:r>
    </w:p>
    <w:p>
      <w:pPr>
        <w:pStyle w:val="Caption"/>
      </w:pPr>
      <w:r>
        <w:t>Prova da richiedere: Statuto, deleghe e patti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16. Chi possiede codice, marchio, brevetti e rapporti con i clienti?</w:t>
      </w:r>
    </w:p>
    <w:p>
      <w:pPr>
        <w:pStyle w:val="Caption"/>
      </w:pPr>
      <w:r>
        <w:t>Prova da richiedere: Contratti IP, titoli e licenze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17. Quale competenza manca oggi al team e come pensate di coprirla?</w:t>
      </w:r>
    </w:p>
    <w:p>
      <w:pPr>
        <w:pStyle w:val="Caption"/>
      </w:pPr>
      <w:r>
        <w:t>Prova da richiedere: Organigramma, hiring plan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18. Che cosa accade se uno dei due founder si allontana per sei mesi?</w:t>
      </w:r>
    </w:p>
    <w:p>
      <w:pPr>
        <w:pStyle w:val="Caption"/>
      </w:pPr>
      <w:r>
        <w:t>Prova da richiedere: Piano di continuità, vesting</w:t>
      </w:r>
    </w:p>
    <w:p>
      <w:r>
        <w:t>Risposta / documenti / data: ______________________________________________________________</w:t>
      </w:r>
    </w:p>
    <w:p>
      <w:pPr>
        <w:pStyle w:val="Heading1"/>
      </w:pPr>
      <w:r>
        <w:t>Richiesta di investimento</w:t>
      </w:r>
    </w:p>
    <w:p>
      <w:pPr>
        <w:keepNext/>
      </w:pPr>
      <w:r>
        <w:rPr>
          <w:b/>
        </w:rPr>
        <w:t>★ 19. Quanti soldi cercate e a quali tre milestone li destinerete?</w:t>
      </w:r>
    </w:p>
    <w:p>
      <w:pPr>
        <w:pStyle w:val="Caption"/>
      </w:pPr>
      <w:r>
        <w:t>Prova da richiedere: Uso fondi dettagliato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/>
        </w:rPr>
        <w:t>★ 20. Quale valutazione pre-money proponete e su quali dati la basate?</w:t>
      </w:r>
    </w:p>
    <w:p>
      <w:pPr>
        <w:pStyle w:val="Caption"/>
      </w:pPr>
      <w:r>
        <w:t>Prova da richiedere: Cap table, comparabili, ipotesi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21. Dopo il round, quale percentuale avranno tutti i soci e gli eventuali detentori di opzioni?</w:t>
      </w:r>
    </w:p>
    <w:p>
      <w:pPr>
        <w:pStyle w:val="Caption"/>
      </w:pPr>
      <w:r>
        <w:t>Prova da richiedere: Cap table fully diluted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22. Che diritti precisi avrebbe l’investitore, compresa informativa e uscita?</w:t>
      </w:r>
    </w:p>
    <w:p>
      <w:pPr>
        <w:pStyle w:val="Caption"/>
      </w:pPr>
      <w:r>
        <w:t>Prova da richiedere: Term sheet, statuto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23. Quale scenario richiederebbe un altro aumento di capitale e con quale diluizione?</w:t>
      </w:r>
    </w:p>
    <w:p>
      <w:pPr>
        <w:pStyle w:val="Caption"/>
      </w:pPr>
      <w:r>
        <w:t>Prova da richiedere: Scenario di finanziamento</w:t>
      </w:r>
    </w:p>
    <w:p>
      <w:r>
        <w:t>Risposta / documenti / data: ______________________________________________________________</w:t>
      </w:r>
    </w:p>
    <w:p>
      <w:pPr>
        <w:pStyle w:val="Heading1"/>
      </w:pPr>
      <w:r>
        <w:t>Rischi e verifiche</w:t>
      </w:r>
    </w:p>
    <w:p>
      <w:pPr>
        <w:keepNext/>
      </w:pPr>
      <w:r>
        <w:rPr>
          <w:b/>
        </w:rPr>
        <w:t>★ 24. Qual è stata la previsione più sbagliata negli ultimi 12 mesi? Cosa è cambiato?</w:t>
      </w:r>
    </w:p>
    <w:p>
      <w:pPr>
        <w:pStyle w:val="Caption"/>
      </w:pPr>
      <w:r>
        <w:t>Prova da richiedere: Forecast vs consuntivo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25. Che cosa potrebbe mettere in crisi l’azienda entro sei mesi?</w:t>
      </w:r>
    </w:p>
    <w:p>
      <w:pPr>
        <w:pStyle w:val="Caption"/>
      </w:pPr>
      <w:r>
        <w:t>Prova da richiedere: Top 3 rischi + mitigazioni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/>
        </w:rPr>
        <w:t>★ 26. C’è qualcosa di negativo che dovrei sapere prima di leggere la data room?</w:t>
      </w:r>
    </w:p>
    <w:p>
      <w:pPr>
        <w:pStyle w:val="Caption"/>
      </w:pPr>
      <w:r>
        <w:t>Prova da richiedere: Elenco rischi dichiarati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27. Quando posso verificare visura, bilanci, contratti principali e debiti?</w:t>
      </w:r>
    </w:p>
    <w:p>
      <w:pPr>
        <w:pStyle w:val="Caption"/>
      </w:pPr>
      <w:r>
        <w:t>Prova da richiedere: Accesso documenti concordato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28. Quali sono le prossime due decisioni irrevocabili e chi le approva?</w:t>
      </w:r>
    </w:p>
    <w:p>
      <w:pPr>
        <w:pStyle w:val="Caption"/>
      </w:pPr>
      <w:r>
        <w:t>Prova da richiedere: Calendario decisioni</w:t>
      </w:r>
    </w:p>
    <w:p>
      <w:r>
        <w:t>Risposta / documenti / data: ______________________________________________________________</w:t>
      </w:r>
    </w:p>
    <w:p>
      <w:pPr>
        <w:pStyle w:val="Heading1"/>
      </w:pPr>
      <w:r>
        <w:t>Allineamento</w:t>
      </w:r>
    </w:p>
    <w:p>
      <w:pPr>
        <w:keepNext/>
      </w:pPr>
      <w:r>
        <w:rPr>
          <w:b w:val="0"/>
        </w:rPr>
        <w:t>☐ 29. Quanto tempo vuoi che dedichi, e con quali responsabilità e conflitti potenziali?</w:t>
      </w:r>
    </w:p>
    <w:p>
      <w:pPr>
        <w:pStyle w:val="Caption"/>
      </w:pPr>
      <w:r>
        <w:t>Prova da richiedere: Mandato scritto</w:t>
      </w:r>
    </w:p>
    <w:p>
      <w:r>
        <w:t>Risposta / documenti / data: ______________________________________________________________</w:t>
      </w:r>
    </w:p>
    <w:p>
      <w:pPr>
        <w:keepNext/>
      </w:pPr>
      <w:r>
        <w:rPr>
          <w:b w:val="0"/>
        </w:rPr>
        <w:t>☐ 30. Quale risultato concreto dovremmo vedere tra 12 mesi per dire che il capitale è stato usato bene?</w:t>
      </w:r>
    </w:p>
    <w:p>
      <w:pPr>
        <w:pStyle w:val="Caption"/>
      </w:pPr>
      <w:r>
        <w:t>Prova da richiedere: Milestone e KPI</w:t>
      </w:r>
    </w:p>
    <w:p>
      <w:r>
        <w:t>Risposta / documenti / data: ______________________________________________________________</w:t>
      </w:r>
    </w:p>
    <w:p>
      <w:pPr>
        <w:pStyle w:val="Heading1"/>
      </w:pPr>
      <w:r>
        <w:t>Riepilogo e prossimi passi</w:t>
      </w:r>
    </w:p>
    <w:p>
      <w:r>
        <w:t>Evidenze positive:  _______________________________________________________________________</w:t>
      </w:r>
    </w:p>
    <w:p>
      <w:r>
        <w:t>Rischi e incongruenze:  _______________________________________________________________________</w:t>
      </w:r>
    </w:p>
    <w:p>
      <w:r>
        <w:t>Documenti richiesti e responsabili:  _______________________________________________________________________</w:t>
      </w:r>
    </w:p>
    <w:p>
      <w:r>
        <w:t>Data del prossimo confronto:  _______________________________________________________________________</w:t>
      </w:r>
    </w:p>
    <w:p>
      <w:r>
        <w:t>Decisione: non valutabile / approfondire / interrompere:  _______________________________________________________________________</w:t>
      </w:r>
    </w:p>
    <w:p>
      <w:pPr>
        <w:pStyle w:val="Heading1"/>
      </w:pPr>
      <w:r>
        <w:t>Appunti e follow-up dopo l’incontro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Materiale informativo; non implica impegno di investimento e non sostituisce due diligence professionale.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imprendereora.com  •  Edizione 04.11.2026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C8F8A"/>
      </w:rPr>
      <w:t>IMPRENDEREORA  |  KIT INVESTITORI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Lato" w:hAnsi="Lato"/>
      <w:color w:val="24334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