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PRODOTTO 01 / MODULI DI MESSAGGIO</w:t>
      </w:r>
    </w:p>
    <w:p>
      <w:pPr>
        <w:pStyle w:val="Title"/>
      </w:pPr>
      <w:r>
        <w:t>Messaggi di primo contatto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Modelli pronti da adattare: founder → investitore, investitore → founder, socio → socio.</w:t>
      </w:r>
    </w:p>
    <w:p>
      <w:pPr>
        <w:widowControl/>
      </w:pPr>
      <w:r>
        <w:t>Un primo messaggio efficace non “vende” l’intera operazione: dimostra pertinenza, offre un dato verificabile e propone un passo successivo leggero. Sostituisci ogni campo [tra parentesi] con informazioni reali.</w:t>
      </w:r>
    </w:p>
    <w:p>
      <w:pPr>
        <w:pStyle w:val="Heading1"/>
      </w:pPr>
      <w:r>
        <w:t>Regole rapide prima di scrivere</w:t>
      </w:r>
    </w:p>
    <w:p>
      <w:pPr>
        <w:pStyle w:val="ListBullet"/>
        <w:spacing w:after="60"/>
        <w:ind w:left="312" w:hanging="85"/>
      </w:pPr>
      <w:r>
        <w:t>Riferimento specifico: cita il settore, la competenza o l’annuncio che motiva il contatto.</w:t>
      </w:r>
    </w:p>
    <w:p>
      <w:pPr>
        <w:pStyle w:val="ListBullet"/>
        <w:spacing w:after="60"/>
        <w:ind w:left="312" w:hanging="85"/>
      </w:pPr>
      <w:r>
        <w:t>Proposta chiara: scrivi cosa cerchi (capitale, supporto operativo, quota, competenze) senza ambiguità.</w:t>
      </w:r>
    </w:p>
    <w:p>
      <w:pPr>
        <w:pStyle w:val="ListBullet"/>
        <w:spacing w:after="60"/>
        <w:ind w:left="312" w:hanging="85"/>
      </w:pPr>
      <w:r>
        <w:t>Prova concreta: un solo dato utile (clienti, vendite, validazione, esperienza) purché verificabile.</w:t>
      </w:r>
    </w:p>
    <w:p>
      <w:pPr>
        <w:pStyle w:val="ListBullet"/>
        <w:spacing w:after="60"/>
        <w:ind w:left="312" w:hanging="85"/>
      </w:pPr>
      <w:r>
        <w:t>Un invito preciso: proponi una breve conversazione e non la firma di un accordo.</w:t>
      </w:r>
    </w:p>
    <w:p>
      <w:pPr>
        <w:pStyle w:val="ListBullet"/>
        <w:spacing w:after="60"/>
        <w:ind w:left="312" w:hanging="85"/>
      </w:pPr>
      <w:r>
        <w:t>Niente pressione: evita promesse di rendimento, superlativi e urgenze artificiose.</w:t>
      </w:r>
    </w:p>
    <w:p>
      <w:pPr>
        <w:pStyle w:val="ListBullet"/>
        <w:spacing w:after="60"/>
        <w:ind w:left="312" w:hanging="85"/>
      </w:pPr>
      <w:r>
        <w:t>Sicurezza: non inserire recapiti esterni, link o richieste di denaro nel primo contatto.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Formula in 4 righe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Perché ti scrivo → quale progetto/competenza porto → quale dato concreto posso condividere → qual è il prossimo passo. Non è necessario raccontare tutta la storia dell’azienda.</w:t>
            </w:r>
          </w:p>
        </w:tc>
      </w:tr>
    </w:tbl>
    <w:p>
      <w:pPr>
        <w:spacing w:after="0"/>
      </w:pPr>
    </w:p>
    <w:p>
      <w:pPr>
        <w:pStyle w:val="Heading1"/>
      </w:pPr>
      <w:r>
        <w:t>A. Founder → Investitore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A1 · PRIMO CONTATTO, PROGETTO CON PRIMI CLIENTI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ho visto il suo interesse per [settore]. Sto sviluppando [attività] in [regione]: oggi abbiamo [dato verificabile, periodo] e cerchiamo [fascia indicativa di capitale] per [obiettivo specifico]. Se rientra nel suo interesse, posso condividere una sintesi non riservata e confrontarci sui criteri di investimento. Le andrebbe un primo scambio qui sulla piattaforma?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Personalizza la pertinenza e presenta un risultato misurabile, senza allegare dati sensibili.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A2 · PROGETTO IN FASE INIZIALE, SENZA RICAVI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il suo profilo mi sembra vicino al tema [settore]. Stiamo validando [problema del cliente] con [numero] interviste / [prototipo o test]. Non abbiamo ancora ricavi: cerchiamo un investitore che valuti il percorso di validazione e l’uso previsto di [capitale indicativo]. Posso inviarle una pagina con ipotesi, risultati dei test e prossime tappe?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La trasparenza sullo stadio riduce aspettative irrealistiche.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A3 · PMI GIÀ OPERATIVA CHE CERCA CAPITALE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gestiamo una PMI nel settore [settore] attiva da [anni] in [zona]. Nell’ultimo esercizio abbiamo registrato [ricavi indicativi] con [indicatore operativo] e stiamo valutando capitale per [espansione/macchinario/internazionalizzazione]. Cerchiamo un partner interessato a [taglio] e a un confronto sul modello economico. È un settore che valuta?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Distingue l’operazione su azienda operativa da un investimento seed.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A4 · FOUNDER CHE CERCA UN SOCIO OPERATIVO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sto costruendo [progetto] e cerco un socio che segua [funzione] con un impegno indicativo di [ore/giorni]. Io seguo [responsabilità]; oggi abbiamo [risultato o stato]. Prima di parlare di quote vorrei capire compatibilità di valori, tempo disponibile e modo di lavorare. Le interesserebbe un confronto iniziale?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Evita di aprire subito una trattativa sulle percentuali senza definire il contributo.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A5 · FOUNDER CHE PROPONE COMPETENZE + CAPITALE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per [progetto] stiamo cercando una persona che possa contribuire sia con capitale nell’ordine di [fascia] sia con esperienza in [area], con un impegno da definire. Il progetto è a [stadio] e [dato]. Vorrei capire se una formula ibrida è coerente con i suoi interessi, prima di entrare nei dettagli economici.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Tiene separati, fin dall’inizio, investimento e prestazioni professionali.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A6 · SOLLECITO EDUCATO DOPO QUALCHE GIORNO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riprendo il messaggio su [progetto] nel caso fosse sfuggito. Capisco che potrebbe non rientrare nelle sue priorità; se è così, nessun problema. Se invece [settore] è di interesse, posso inviare una sintesi di una pagina con i principali dati. Grazie per l’attenzione.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Un solo follow-up ragionevole; l’assenza di risposta è una risposta possibile.</w:t>
      </w:r>
    </w:p>
    <w:p>
      <w:pPr>
        <w:pStyle w:val="Heading1"/>
      </w:pPr>
      <w:r>
        <w:t>B. Investitore → Founder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B1 · RICHIESTA INIZIALE DOPO AVER LETTO UN ANNUNCIO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ho letto l’annuncio su [progetto/settore] e valuto iniziative nell’ambito [tema], con un orizzonte di medio-lungo periodo. Per capire se c’è allineamento, vorrei conoscere stadio attuale, risultati verificabili e utilizzo previsto dei fondi. Possiamo iniziare con un breve scambio qui sulla piattaforma?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Esplicita la tesi d’investimento senza implicare disponibilità certa o impegni.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B2 · RICHIESTA DI DATI NON RISERVATI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la presentazione. Prima di un incontro mi aiuterebbero tre informazioni sintetiche: [ricavi o trazione degli ultimi 12 mesi], [marginalità o unit economics disponibili] e [ammontare ricercato con destinazione]. Sono sufficienti fasce indicative in questa fase; gli eventuali dettagli riservati potranno essere valutati più avanti.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Chiede dati utili e proporzionati alla fase di contatto.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B3 · PROPOSTA DI CONFRONTO ESPLORATIVO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Le informazioni su [progetto] sono coerenti con alcune aree che seguo. Propongo un incontro esplorativo di 25–30 minuti su team, mercato, numeri e impiego del capitale. Non sarebbe una proposta di investimento, ma un modo per capire se proseguire con un approfondimento. Le va bene?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Non confonde interesse con approvazione di un’operazione.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B4 · DUBBI SULLA VALUTAZIONE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Ho compreso la richiesta di [capitale] a fronte di una valutazione pre-money indicativa di [valore]. Prima di discutere una percentuale, mi sarebbe utile capire il metodo utilizzato e le principali ipotesi che supportano quel valore. Possiamo esaminarle durante il prossimo confronto?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Sposta la discussione dal prezzo alla logica sottostante.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B5 · RICHIESTA DI CHIARIMENTO SU AFFERMAZIONI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Vorrei approfondire un punto: nel materiale si indica [affermazione]. Come viene misurato e con quali evidenze può essere verificato? Non è una contestazione: è utile per applicare criteri coerenti a tutti i progetti che valuto.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Verifica con rispetto, evitando accuse e conclusioni premature.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B6 · DECLINO PROFESSIONALE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il tempo e per i dettagli. Dopo una prima valutazione non proseguirò: l’operazione non è allineata a [settore/stadio/dimensione/rischio] che sto cercando. Questo non è un giudizio sul valore del progetto. Vi auguro buon lavoro per i prossimi passi.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Rifiuto chiaro; non lascia una falsa promessa di ricontatto.</w:t>
      </w:r>
    </w:p>
    <w:p>
      <w:pPr>
        <w:pStyle w:val="Heading1"/>
      </w:pPr>
      <w:r>
        <w:t>C. Socio operativo → Socio / Founder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C1 · PROFESSIONISTA INTERESSATO A ENTRARE OPERATIVAMENTE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ho letto il progetto [nome] e il problema che affronta mi sembra interessante. Lavoro da [anni] in [funzione] e posso contribuire su [attività concreta], dedicando indicativamente [ore a settimana]. Prima di discutere quote vorrei capire obiettivi, responsabilità e tipo di collaborazione cercata. Possiamo confrontarci?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Specifica competenze e disponibilità, senza presentare risultati non dimostrabili.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C2 · FOUNDER VERSO CANDIDATO SOCIO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Buongiorno [nome], dal suo profilo emerge esperienza in [competenza], che è la funzione oggi scoperta nel nostro progetto [nome]. Cerchiamo un socio operativo che possa assumere responsabilità su [area] per [impegno previsto]. Vorrei capire come lavora, cosa si aspetta e se il progetto è coerente con i suoi obiettivi.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Apre una conversazione sul lavoro reale, non soltanto sull’equity.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C3 · VALORI E CONFLITTI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Prima di procedere sulla struttura societaria, per me è importante confrontarci su tre temi: come prendiamo decisioni quando siamo in disaccordo, quanto tempo possiamo dedicare davvero e quali risultati ci aspettiamo nei prossimi 12 mesi. Possiamo dedicare il prossimo confronto a questi punti?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Affronta le fonti più frequenti di attrito prima del patto.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C4 · PROPOSTA DI PROVA OPERATIVA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Potremmo iniziare con un piccolo progetto pilota di [2–4 settimane], con obiettivo [output], responsabilità definite e un confronto finale. Questo ci permetterebbe di valutare collaborazione, tempi e comunicazione prima di qualsiasi discussione vincolante sulle quote. Che ne pensa?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Testa comportamenti osservabili; eventuali accordi sulla proprietà dei risultati richiedono chiarezza.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C5 · ALLINEAMENTO SU COMPENSI E DISPONIBILITÀ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Vorrei chiarire un aspetto prima di proseguire: al momento posso dedicare [ore] e ho bisogno di [compenso/condizione] per sostenere questo impegno. Quali risorse sono disponibili e come immaginate la relazione tra lavoro, compenso e possibili quote?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Previene l’aspettativa implicita di lavoro gratuito indefinito.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C6 · CHIUSURA RISPETTOSA DI UN CONFRONTO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il confronto su [progetto]. Ho apprezzato [elemento concreto], ma vedo una differenza rilevante su [tempo/ruoli/rischio/visione]. Preferisco fermarmi qui prima che entrambe le parti assumano impegni. Vi auguro il meglio per lo sviluppo del progetto.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ptos" w:hAnsi="Aptos"/>
          <w:b/>
          <w:color w:val="267F82"/>
          <w:sz w:val="16"/>
        </w:rPr>
        <w:t xml:space="preserve">Perché funziona  </w:t>
      </w:r>
      <w:r>
        <w:rPr>
          <w:rFonts w:ascii="Aptos" w:hAnsi="Aptos"/>
          <w:b w:val="0"/>
          <w:color w:val="596674"/>
          <w:sz w:val="16"/>
        </w:rPr>
        <w:t>Saper rinunciare è parte della selezione del socio.</w:t>
      </w:r>
    </w:p>
    <w:p>
      <w:pPr>
        <w:pStyle w:val="Heading1"/>
      </w:pPr>
      <w:r>
        <w:t>D. Messaggi trasversali per passare alla fase successiva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D1 · CONFERMA INCONTRO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Confermo volentieri il confronto del [giorno] alle [ora], secondo il canale concordato nel rispetto delle regole della piattaforma. Propongo questi temi: obiettivo del progetto, situazione attuale, cosa cerca ciascuna parte e prossimi passi. Al termine potremo riassumere i punti condivisi.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D2 · DOPO UNA RISPOSTA POCO CHIARA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Grazie. Per evitare fraintendimenti, posso chiederle di chiarire [un solo punto]? In particolare mi interessa capire se [alternativa A] oppure [alternativa B] descrive meglio ciò che sta cercando.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D3 · RICHIESTA DI NDA PRIMA DEI DETTAGLI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Possiamo condividere una panoramica non riservata fin da subito. Prima di trasmettere elenchi clienti, contratti o altri dati sensibili, vorrei concordare il perimetro delle informazioni e, se opportuno, valutare un accordo di riservatezza con i professionisti coinvolti.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D4 · RIEPILOGO POST-INCONTRO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l’incontro di oggi. Per verificare di aver compreso correttamente, riassumo: obiettivo [X]; informazioni da verificare [Y]; attività concordate come prossimi passi [Z], entro [data]. Nessuno degli elementi discussi costituisce ancora un impegno di investimento o di collaborazione. Mi conferma se ho riportato correttamente i punti?</w:t>
            </w:r>
          </w:p>
        </w:tc>
      </w:tr>
    </w:tbl>
    <w:p>
      <w:pPr>
        <w:spacing w:after="0"/>
      </w:pPr>
    </w:p>
    <w:p>
      <w:pPr>
        <w:pStyle w:val="Heading1"/>
      </w:pPr>
      <w:r>
        <w:t>E. Cosa evitare: esempi da non copiare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76"/>
        <w:gridCol w:w="3061"/>
        <w:gridCol w:w="3345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Messaggio debole / rischioso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Perché non funziona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Alternativa</w:t>
            </w:r>
          </w:p>
        </w:tc>
      </w:tr>
      <w:tr>
        <w:trPr>
          <w:cantSplit/>
        </w:trPr>
        <w:tc>
          <w:tcPr>
            <w:tcW w:type="dxa" w:w="2976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«Investimento sicuro e ritorno garantito»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Promessa fuorviante e potenzialmente rischiosa.</w:t>
            </w:r>
          </w:p>
        </w:tc>
        <w:tc>
          <w:tcPr>
            <w:tcW w:type="dxa" w:w="334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 xml:space="preserve">«Possibile opportunità con rischi da valutare». </w:t>
            </w:r>
          </w:p>
        </w:tc>
      </w:tr>
      <w:tr>
        <w:trPr>
          <w:cantSplit/>
        </w:trPr>
        <w:tc>
          <w:tcPr>
            <w:tcW w:type="dxa" w:w="2976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«Ho urgente bisogno: mi serve subito il tuo IBAN»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Introduce richieste sensibili o sospette.</w:t>
            </w:r>
          </w:p>
        </w:tc>
        <w:tc>
          <w:tcPr>
            <w:tcW w:type="dxa" w:w="334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Nessuno scambio di coordinate bancarie nella fase esplorativa.</w:t>
            </w:r>
          </w:p>
        </w:tc>
      </w:tr>
      <w:tr>
        <w:trPr>
          <w:cantSplit/>
        </w:trPr>
        <w:tc>
          <w:tcPr>
            <w:tcW w:type="dxa" w:w="2976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«Ti offro il 50%: chiamami fuori da qui»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Equity non definita; violazione dei filtri della piattaforma.</w:t>
            </w:r>
          </w:p>
        </w:tc>
        <w:tc>
          <w:tcPr>
            <w:tcW w:type="dxa" w:w="334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Prima ruoli, contributi, governance e verifiche.</w:t>
            </w:r>
          </w:p>
        </w:tc>
      </w:tr>
      <w:tr>
        <w:trPr>
          <w:cantSplit/>
        </w:trPr>
        <w:tc>
          <w:tcPr>
            <w:tcW w:type="dxa" w:w="2976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«Non abbiamo concorrenti»</w:t>
            </w:r>
          </w:p>
        </w:tc>
        <w:tc>
          <w:tcPr>
            <w:tcW w:type="dxa" w:w="306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Affermazione quasi sempre non verificabile.</w:t>
            </w:r>
          </w:p>
        </w:tc>
        <w:tc>
          <w:tcPr>
            <w:tcW w:type="dxa" w:w="334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«Le principali alternative che vediamo sono…».</w:t>
            </w:r>
          </w:p>
        </w:tc>
      </w:tr>
    </w:tbl>
    <w:p>
      <w:pPr>
        <w:spacing w:after="0"/>
      </w:pPr>
    </w:p>
    <w:p>
      <w:pPr>
        <w:pStyle w:val="Heading1"/>
      </w:pPr>
      <w:r>
        <w:t>F. Risposte a richieste delicate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F1 · RICHIESTA DI CONTATTI O PAGAMENTI FUORI PIATTAFORMA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Preferisco mantenere questo primo scambio all’interno di ImprendereOra e seguire le regole di sicurezza del servizio. Se il progetto è di reciproco interesse, possiamo chiarire qui obiettivi e informazioni non riservate prima di concordare eventuali passaggi successivi.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F2 · PRESSIONE A DECIDERE SUBITO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la proposta. Prima di prendere qualsiasi decisione ho bisogno di verificare i documenti pertinenti e valutare i termini con attenzione. Se la scadenza non consente queste verifiche, preferisco non procedere.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F3 · RICHIESTA DI DATI RISERVATI NON PROPORZIONATA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Capisco l’esigenza di approfondire. In questa fase posso condividere dati aggregati e una sintesi non confidenziale. Per dettagli su clienti, contratti o proprietà intellettuale valuteremo prima finalità, perimetro e tutele adeguate.</w:t>
            </w:r>
          </w:p>
        </w:tc>
      </w:tr>
    </w:tbl>
    <w:p>
      <w:pPr>
        <w:spacing w:after="0"/>
      </w:pPr>
    </w:p>
    <w:p>
      <w:pPr>
        <w:pStyle w:val="Heading2"/>
      </w:pPr>
      <w:r>
        <w:t>G. Checklist di controllo prima di premere “Invia”</w:t>
      </w:r>
    </w:p>
    <w:p>
      <w:pPr>
        <w:pStyle w:val="ListBullet"/>
        <w:spacing w:after="60"/>
        <w:ind w:left="312" w:hanging="85"/>
      </w:pPr>
      <w:r>
        <w:t>[  ] La prima frase spiega perché scrivo proprio a questa persona.</w:t>
      </w:r>
    </w:p>
    <w:p>
      <w:pPr>
        <w:pStyle w:val="ListBullet"/>
        <w:spacing w:after="60"/>
        <w:ind w:left="312" w:hanging="85"/>
      </w:pPr>
      <w:r>
        <w:t>[  ] Numeri e risultati sono veri, datati e verificabili.</w:t>
      </w:r>
    </w:p>
    <w:p>
      <w:pPr>
        <w:pStyle w:val="ListBullet"/>
        <w:spacing w:after="60"/>
        <w:ind w:left="312" w:hanging="85"/>
      </w:pPr>
      <w:r>
        <w:t>[  ] Ho fatto una sola richiesta chiara, senza pressioni.</w:t>
      </w:r>
    </w:p>
    <w:p>
      <w:pPr>
        <w:pStyle w:val="ListBullet"/>
        <w:spacing w:after="60"/>
        <w:ind w:left="312" w:hanging="85"/>
      </w:pPr>
      <w:r>
        <w:t>[  ] Non prometto rendimenti né presento quote come già concordate.</w:t>
      </w:r>
    </w:p>
    <w:p>
      <w:pPr>
        <w:pStyle w:val="ListBullet"/>
        <w:spacing w:after="60"/>
        <w:ind w:left="312" w:hanging="85"/>
      </w:pPr>
      <w:r>
        <w:t>[  ] Non inserisco link, recapiti, IBAN o dati sensibili.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06  /  MESSAGGI E CONTATTI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